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5D986662" w14:textId="77777777" w:rsidR="00E84453" w:rsidRPr="00996070" w:rsidRDefault="00000000">
      <w:pPr>
        <w:pStyle w:val="Titel"/>
        <w:rPr>
          <w:sz w:val="40"/>
          <w:szCs w:val="40"/>
        </w:rPr>
      </w:pPr>
      <w:r w:rsidRPr="00996070">
        <w:rPr>
          <w:sz w:val="40"/>
          <w:szCs w:val="40"/>
        </w:rPr>
        <w:t>Tides and the Wadden Sea – Interactive Worksheet</w:t>
      </w:r>
    </w:p>
    <w:p w14:paraId="41C03C08" w14:textId="77777777" w:rsidR="00996070" w:rsidRDefault="00996070"/>
    <w:p w14:paraId="5643DDAD" w14:textId="77777777" w:rsidR="00996070" w:rsidRDefault="00996070"/>
    <w:p w14:paraId="25537140" w14:textId="06CBDF58" w:rsidR="00E84453" w:rsidRDefault="00000000">
      <w:r>
        <w:t>Draw the Earth–Moon system and explain why tides occur.</w:t>
      </w:r>
    </w:p>
    <w:p w14:paraId="529E8DD7" w14:textId="4BEB790D" w:rsidR="00E84453" w:rsidRDefault="00000000">
      <w:pPr>
        <w:pStyle w:val="berschrift1"/>
      </w:pPr>
      <w:r>
        <w:t>Gravity vs. Tidal Forces</w:t>
      </w:r>
    </w:p>
    <w:p w14:paraId="27B4500B" w14:textId="77777777" w:rsidR="00E84453" w:rsidRDefault="00000000">
      <w:r>
        <w:t>Sketch near side, centre, and far side of Earth. Indicate relative gravitational attraction.</w:t>
      </w:r>
    </w:p>
    <w:p w14:paraId="4B6F6ECB" w14:textId="238FCA7B" w:rsidR="00E84453" w:rsidRDefault="00000000">
      <w:pPr>
        <w:pStyle w:val="berschrift1"/>
      </w:pPr>
      <w:r>
        <w:t>Two Tidal Bulges</w:t>
      </w:r>
    </w:p>
    <w:p w14:paraId="0CFA2F73" w14:textId="77777777" w:rsidR="00E84453" w:rsidRDefault="00000000">
      <w:r>
        <w:t>Explain in your own words why Earth experiences two high tides per day.</w:t>
      </w:r>
    </w:p>
    <w:p w14:paraId="74FB101D" w14:textId="77777777" w:rsidR="00E84453" w:rsidRDefault="00000000">
      <w:pPr>
        <w:pStyle w:val="berschrift1"/>
      </w:pPr>
      <w:r>
        <w:t>Group Exercise: A World Without Tides</w:t>
      </w:r>
    </w:p>
    <w:p w14:paraId="5EA6115C" w14:textId="77777777" w:rsidR="00E84453" w:rsidRDefault="00000000">
      <w:r>
        <w:t>Discuss impacts on:</w:t>
      </w:r>
    </w:p>
    <w:p w14:paraId="23F4D4C2" w14:textId="77777777" w:rsidR="00E84453" w:rsidRDefault="00000000">
      <w:pPr>
        <w:pStyle w:val="Aufzhlungszeichen"/>
      </w:pPr>
      <w:r>
        <w:t>Tidal channels</w:t>
      </w:r>
    </w:p>
    <w:p w14:paraId="0292E442" w14:textId="77777777" w:rsidR="00E84453" w:rsidRDefault="00000000">
      <w:pPr>
        <w:pStyle w:val="Aufzhlungszeichen"/>
      </w:pPr>
      <w:r>
        <w:t>Sediment transport</w:t>
      </w:r>
    </w:p>
    <w:p w14:paraId="584B59EB" w14:textId="77777777" w:rsidR="00E84453" w:rsidRDefault="00000000">
      <w:pPr>
        <w:pStyle w:val="Aufzhlungszeichen"/>
      </w:pPr>
      <w:r>
        <w:t>Ecosystems</w:t>
      </w:r>
    </w:p>
    <w:p w14:paraId="5DC57113" w14:textId="77777777" w:rsidR="00E84453" w:rsidRDefault="00000000">
      <w:pPr>
        <w:pStyle w:val="Aufzhlungszeichen"/>
      </w:pPr>
      <w:r>
        <w:t>Morphology of the Wadden Sea</w:t>
      </w:r>
    </w:p>
    <w:p w14:paraId="7A8FDB89" w14:textId="77777777" w:rsidR="00E84453" w:rsidRDefault="00000000">
      <w:pPr>
        <w:pStyle w:val="berschrift1"/>
      </w:pPr>
      <w:r>
        <w:t>Field Observations on Sylt</w:t>
      </w:r>
    </w:p>
    <w:p w14:paraId="7BE61DB6" w14:textId="77777777" w:rsidR="00E84453" w:rsidRDefault="00000000">
      <w:pPr>
        <w:pStyle w:val="Aufzhlungszeichen"/>
      </w:pPr>
      <w:r>
        <w:t>Where do you observe tidal channels?</w:t>
      </w:r>
    </w:p>
    <w:p w14:paraId="460ED490" w14:textId="77777777" w:rsidR="00E84453" w:rsidRDefault="00000000">
      <w:pPr>
        <w:pStyle w:val="Aufzhlungszeichen"/>
      </w:pPr>
      <w:r>
        <w:t>Where do you observe sediment transport?</w:t>
      </w:r>
    </w:p>
    <w:p w14:paraId="41FD857C" w14:textId="77777777" w:rsidR="00E84453" w:rsidRDefault="00000000">
      <w:pPr>
        <w:pStyle w:val="Aufzhlungszeichen"/>
      </w:pPr>
      <w:r>
        <w:t>How do tides shape the landscape?</w:t>
      </w:r>
    </w:p>
    <w:p w14:paraId="35F6B27A" w14:textId="77777777" w:rsidR="00E84453" w:rsidRDefault="00000000">
      <w:pPr>
        <w:pStyle w:val="Aufzhlungszeichen"/>
      </w:pPr>
      <w:r>
        <w:t>Which processes are driven by tides and which by waves?</w:t>
      </w:r>
    </w:p>
    <w:p w14:paraId="5429B049" w14:textId="77777777" w:rsidR="00E84453" w:rsidRDefault="00000000">
      <w:pPr>
        <w:pStyle w:val="berschrift1"/>
      </w:pPr>
      <w:r>
        <w:t>Reflection</w:t>
      </w:r>
    </w:p>
    <w:p w14:paraId="5E5CC2AD" w14:textId="5E579398" w:rsidR="00E84453" w:rsidRDefault="00000000">
      <w:r>
        <w:t xml:space="preserve">Redraw the Earth–Moon system after the lecture. </w:t>
      </w:r>
    </w:p>
    <w:sectPr w:rsidR="00E84453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0000000000000000000"/>
    <w:charset w:val="00"/>
    <w:family w:val="auto"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ennumm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ennumm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Aufzhlungszeichen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Aufzhlungszeichen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ennumm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Aufzhlungszeichen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1400903568">
    <w:abstractNumId w:val="8"/>
  </w:num>
  <w:num w:numId="2" w16cid:durableId="321352349">
    <w:abstractNumId w:val="6"/>
  </w:num>
  <w:num w:numId="3" w16cid:durableId="1773283462">
    <w:abstractNumId w:val="5"/>
  </w:num>
  <w:num w:numId="4" w16cid:durableId="562642449">
    <w:abstractNumId w:val="4"/>
  </w:num>
  <w:num w:numId="5" w16cid:durableId="630862952">
    <w:abstractNumId w:val="7"/>
  </w:num>
  <w:num w:numId="6" w16cid:durableId="1487359222">
    <w:abstractNumId w:val="3"/>
  </w:num>
  <w:num w:numId="7" w16cid:durableId="889728836">
    <w:abstractNumId w:val="2"/>
  </w:num>
  <w:num w:numId="8" w16cid:durableId="118569177">
    <w:abstractNumId w:val="1"/>
  </w:num>
  <w:num w:numId="9" w16cid:durableId="1870871155">
    <w:abstractNumId w:val="0"/>
  </w:num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247"/>
  <w:proofState w:spelling="clean" w:grammar="clean"/>
  <w:defaultTabStop w:val="720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8661A5"/>
    <w:rsid w:val="00996070"/>
    <w:rsid w:val="00AA1D8D"/>
    <w:rsid w:val="00B47730"/>
    <w:rsid w:val="00C3465B"/>
    <w:rsid w:val="00CB0664"/>
    <w:rsid w:val="00E84453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7240D9C3"/>
  <w14:defaultImageDpi w14:val="300"/>
  <w15:docId w15:val="{41069652-42F9-BD4D-BCDD-477ED8D8F8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FC693F"/>
  </w:style>
  <w:style w:type="paragraph" w:styleId="berschrift1">
    <w:name w:val="heading 1"/>
    <w:basedOn w:val="Standard"/>
    <w:next w:val="Standard"/>
    <w:link w:val="berschrift1Zchn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berschrift2">
    <w:name w:val="heading 2"/>
    <w:basedOn w:val="Standard"/>
    <w:next w:val="Standard"/>
    <w:link w:val="berschrift2Zchn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berschrift3">
    <w:name w:val="heading 3"/>
    <w:basedOn w:val="Standard"/>
    <w:next w:val="Standard"/>
    <w:link w:val="berschrift3Zchn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berschrift4">
    <w:name w:val="heading 4"/>
    <w:basedOn w:val="Standard"/>
    <w:next w:val="Standard"/>
    <w:link w:val="berschrift4Zchn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berschrift5">
    <w:name w:val="heading 5"/>
    <w:basedOn w:val="Standard"/>
    <w:next w:val="Standard"/>
    <w:link w:val="berschrift5Zchn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berschrift6">
    <w:name w:val="heading 6"/>
    <w:basedOn w:val="Standard"/>
    <w:next w:val="Standard"/>
    <w:link w:val="berschrift6Zchn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berschrift7">
    <w:name w:val="heading 7"/>
    <w:basedOn w:val="Standard"/>
    <w:next w:val="Standard"/>
    <w:link w:val="berschrift7Zchn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berschrift8">
    <w:name w:val="heading 8"/>
    <w:basedOn w:val="Standard"/>
    <w:next w:val="Standard"/>
    <w:link w:val="berschrift8Zchn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berschrift9">
    <w:name w:val="heading 9"/>
    <w:basedOn w:val="Standard"/>
    <w:next w:val="Standard"/>
    <w:link w:val="berschrift9Zchn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E618BF"/>
  </w:style>
  <w:style w:type="paragraph" w:styleId="Fuzeile">
    <w:name w:val="footer"/>
    <w:basedOn w:val="Standard"/>
    <w:link w:val="FuzeileZchn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E618BF"/>
  </w:style>
  <w:style w:type="paragraph" w:styleId="KeinLeerraum">
    <w:name w:val="No Spacing"/>
    <w:uiPriority w:val="1"/>
    <w:qFormat/>
    <w:rsid w:val="00FC693F"/>
    <w:pPr>
      <w:spacing w:after="0" w:line="240" w:lineRule="auto"/>
    </w:pPr>
  </w:style>
  <w:style w:type="character" w:customStyle="1" w:styleId="berschrift1Zchn">
    <w:name w:val="Überschrift 1 Zchn"/>
    <w:basedOn w:val="Absatz-Standardschriftart"/>
    <w:link w:val="berschrift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berschrift2Zchn">
    <w:name w:val="Überschrift 2 Zchn"/>
    <w:basedOn w:val="Absatz-Standardschriftart"/>
    <w:link w:val="berschrift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berschrift3Zchn">
    <w:name w:val="Überschrift 3 Zchn"/>
    <w:basedOn w:val="Absatz-Standardschriftart"/>
    <w:link w:val="berschrift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el">
    <w:name w:val="Title"/>
    <w:basedOn w:val="Standard"/>
    <w:next w:val="Standard"/>
    <w:link w:val="TitelZchn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elZchn">
    <w:name w:val="Titel Zchn"/>
    <w:basedOn w:val="Absatz-Standardschriftart"/>
    <w:link w:val="Titel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Untertitel">
    <w:name w:val="Subtitle"/>
    <w:basedOn w:val="Standard"/>
    <w:next w:val="Standard"/>
    <w:link w:val="UntertitelZchn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UntertitelZchn">
    <w:name w:val="Untertitel Zchn"/>
    <w:basedOn w:val="Absatz-Standardschriftart"/>
    <w:link w:val="Untertitel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enabsatz">
    <w:name w:val="List Paragraph"/>
    <w:basedOn w:val="Standard"/>
    <w:uiPriority w:val="34"/>
    <w:qFormat/>
    <w:rsid w:val="00FC693F"/>
    <w:pPr>
      <w:ind w:left="720"/>
      <w:contextualSpacing/>
    </w:pPr>
  </w:style>
  <w:style w:type="paragraph" w:styleId="Textkrper">
    <w:name w:val="Body Text"/>
    <w:basedOn w:val="Standard"/>
    <w:link w:val="TextkrperZchn"/>
    <w:uiPriority w:val="99"/>
    <w:unhideWhenUsed/>
    <w:rsid w:val="00AA1D8D"/>
    <w:pPr>
      <w:spacing w:after="120"/>
    </w:pPr>
  </w:style>
  <w:style w:type="character" w:customStyle="1" w:styleId="TextkrperZchn">
    <w:name w:val="Textkörper Zchn"/>
    <w:basedOn w:val="Absatz-Standardschriftart"/>
    <w:link w:val="Textkrper"/>
    <w:uiPriority w:val="99"/>
    <w:rsid w:val="00AA1D8D"/>
  </w:style>
  <w:style w:type="paragraph" w:styleId="Textkrper2">
    <w:name w:val="Body Text 2"/>
    <w:basedOn w:val="Standard"/>
    <w:link w:val="Textkrper2Zchn"/>
    <w:uiPriority w:val="99"/>
    <w:unhideWhenUsed/>
    <w:rsid w:val="00AA1D8D"/>
    <w:pPr>
      <w:spacing w:after="120" w:line="480" w:lineRule="auto"/>
    </w:pPr>
  </w:style>
  <w:style w:type="character" w:customStyle="1" w:styleId="Textkrper2Zchn">
    <w:name w:val="Textkörper 2 Zchn"/>
    <w:basedOn w:val="Absatz-Standardschriftart"/>
    <w:link w:val="Textkrper2"/>
    <w:uiPriority w:val="99"/>
    <w:rsid w:val="00AA1D8D"/>
  </w:style>
  <w:style w:type="paragraph" w:styleId="Textkrper3">
    <w:name w:val="Body Text 3"/>
    <w:basedOn w:val="Standard"/>
    <w:link w:val="Textkrper3Zchn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Textkrper3Zchn">
    <w:name w:val="Textkörper 3 Zchn"/>
    <w:basedOn w:val="Absatz-Standardschriftart"/>
    <w:link w:val="Textkrper3"/>
    <w:uiPriority w:val="99"/>
    <w:rsid w:val="00AA1D8D"/>
    <w:rPr>
      <w:sz w:val="16"/>
      <w:szCs w:val="16"/>
    </w:rPr>
  </w:style>
  <w:style w:type="paragraph" w:styleId="Liste">
    <w:name w:val="List"/>
    <w:basedOn w:val="Standard"/>
    <w:uiPriority w:val="99"/>
    <w:unhideWhenUsed/>
    <w:rsid w:val="00AA1D8D"/>
    <w:pPr>
      <w:ind w:left="360" w:hanging="360"/>
      <w:contextualSpacing/>
    </w:pPr>
  </w:style>
  <w:style w:type="paragraph" w:styleId="Liste2">
    <w:name w:val="List 2"/>
    <w:basedOn w:val="Standard"/>
    <w:uiPriority w:val="99"/>
    <w:unhideWhenUsed/>
    <w:rsid w:val="00326F90"/>
    <w:pPr>
      <w:ind w:left="720" w:hanging="360"/>
      <w:contextualSpacing/>
    </w:pPr>
  </w:style>
  <w:style w:type="paragraph" w:styleId="Liste3">
    <w:name w:val="List 3"/>
    <w:basedOn w:val="Standard"/>
    <w:uiPriority w:val="99"/>
    <w:unhideWhenUsed/>
    <w:rsid w:val="00326F90"/>
    <w:pPr>
      <w:ind w:left="1080" w:hanging="360"/>
      <w:contextualSpacing/>
    </w:pPr>
  </w:style>
  <w:style w:type="paragraph" w:styleId="Aufzhlungszeichen">
    <w:name w:val="List Bullet"/>
    <w:basedOn w:val="Standard"/>
    <w:uiPriority w:val="99"/>
    <w:unhideWhenUsed/>
    <w:rsid w:val="00326F90"/>
    <w:pPr>
      <w:numPr>
        <w:numId w:val="1"/>
      </w:numPr>
      <w:contextualSpacing/>
    </w:pPr>
  </w:style>
  <w:style w:type="paragraph" w:styleId="Aufzhlungszeichen2">
    <w:name w:val="List Bullet 2"/>
    <w:basedOn w:val="Standard"/>
    <w:uiPriority w:val="99"/>
    <w:unhideWhenUsed/>
    <w:rsid w:val="00326F90"/>
    <w:pPr>
      <w:numPr>
        <w:numId w:val="2"/>
      </w:numPr>
      <w:contextualSpacing/>
    </w:pPr>
  </w:style>
  <w:style w:type="paragraph" w:styleId="Aufzhlungszeichen3">
    <w:name w:val="List Bullet 3"/>
    <w:basedOn w:val="Standard"/>
    <w:uiPriority w:val="99"/>
    <w:unhideWhenUsed/>
    <w:rsid w:val="00326F90"/>
    <w:pPr>
      <w:numPr>
        <w:numId w:val="3"/>
      </w:numPr>
      <w:contextualSpacing/>
    </w:pPr>
  </w:style>
  <w:style w:type="paragraph" w:styleId="Listennummer">
    <w:name w:val="List Number"/>
    <w:basedOn w:val="Standard"/>
    <w:uiPriority w:val="99"/>
    <w:unhideWhenUsed/>
    <w:rsid w:val="00326F90"/>
    <w:pPr>
      <w:numPr>
        <w:numId w:val="5"/>
      </w:numPr>
      <w:contextualSpacing/>
    </w:pPr>
  </w:style>
  <w:style w:type="paragraph" w:styleId="Listennummer2">
    <w:name w:val="List Number 2"/>
    <w:basedOn w:val="Standard"/>
    <w:uiPriority w:val="99"/>
    <w:unhideWhenUsed/>
    <w:rsid w:val="0029639D"/>
    <w:pPr>
      <w:numPr>
        <w:numId w:val="6"/>
      </w:numPr>
      <w:contextualSpacing/>
    </w:pPr>
  </w:style>
  <w:style w:type="paragraph" w:styleId="Listennummer3">
    <w:name w:val="List Number 3"/>
    <w:basedOn w:val="Standard"/>
    <w:uiPriority w:val="99"/>
    <w:unhideWhenUsed/>
    <w:rsid w:val="0029639D"/>
    <w:pPr>
      <w:numPr>
        <w:numId w:val="7"/>
      </w:numPr>
      <w:contextualSpacing/>
    </w:pPr>
  </w:style>
  <w:style w:type="paragraph" w:styleId="Listenfortsetzung">
    <w:name w:val="List Continue"/>
    <w:basedOn w:val="Standard"/>
    <w:uiPriority w:val="99"/>
    <w:unhideWhenUsed/>
    <w:rsid w:val="0029639D"/>
    <w:pPr>
      <w:spacing w:after="120"/>
      <w:ind w:left="360"/>
      <w:contextualSpacing/>
    </w:pPr>
  </w:style>
  <w:style w:type="paragraph" w:styleId="Listenfortsetzung2">
    <w:name w:val="List Continue 2"/>
    <w:basedOn w:val="Standard"/>
    <w:uiPriority w:val="99"/>
    <w:unhideWhenUsed/>
    <w:rsid w:val="0029639D"/>
    <w:pPr>
      <w:spacing w:after="120"/>
      <w:ind w:left="720"/>
      <w:contextualSpacing/>
    </w:pPr>
  </w:style>
  <w:style w:type="paragraph" w:styleId="Listenfortsetzung3">
    <w:name w:val="List Continue 3"/>
    <w:basedOn w:val="Standard"/>
    <w:uiPriority w:val="99"/>
    <w:unhideWhenUsed/>
    <w:rsid w:val="0029639D"/>
    <w:pPr>
      <w:spacing w:after="120"/>
      <w:ind w:left="1080"/>
      <w:contextualSpacing/>
    </w:pPr>
  </w:style>
  <w:style w:type="paragraph" w:styleId="Makrotext">
    <w:name w:val="macro"/>
    <w:link w:val="MakrotextZchn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krotextZchn">
    <w:name w:val="Makrotext Zchn"/>
    <w:basedOn w:val="Absatz-Standardschriftart"/>
    <w:link w:val="Makrotext"/>
    <w:uiPriority w:val="99"/>
    <w:rsid w:val="0029639D"/>
    <w:rPr>
      <w:rFonts w:ascii="Courier" w:hAnsi="Courier"/>
      <w:sz w:val="20"/>
      <w:szCs w:val="20"/>
    </w:rPr>
  </w:style>
  <w:style w:type="paragraph" w:styleId="Zitat">
    <w:name w:val="Quote"/>
    <w:basedOn w:val="Standard"/>
    <w:next w:val="Standard"/>
    <w:link w:val="ZitatZchn"/>
    <w:uiPriority w:val="29"/>
    <w:qFormat/>
    <w:rsid w:val="00FC693F"/>
    <w:rPr>
      <w:i/>
      <w:iCs/>
      <w:color w:val="000000" w:themeColor="text1"/>
    </w:rPr>
  </w:style>
  <w:style w:type="character" w:customStyle="1" w:styleId="ZitatZchn">
    <w:name w:val="Zitat Zchn"/>
    <w:basedOn w:val="Absatz-Standardschriftart"/>
    <w:link w:val="Zitat"/>
    <w:uiPriority w:val="29"/>
    <w:rsid w:val="00FC693F"/>
    <w:rPr>
      <w:i/>
      <w:iCs/>
      <w:color w:val="000000" w:themeColor="text1"/>
    </w:rPr>
  </w:style>
  <w:style w:type="character" w:customStyle="1" w:styleId="berschrift4Zchn">
    <w:name w:val="Überschrift 4 Zchn"/>
    <w:basedOn w:val="Absatz-Standardschriftart"/>
    <w:link w:val="berschrift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berschrift5Zchn">
    <w:name w:val="Überschrift 5 Zchn"/>
    <w:basedOn w:val="Absatz-Standardschriftart"/>
    <w:link w:val="berschrift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berschrift6Zchn">
    <w:name w:val="Überschrift 6 Zchn"/>
    <w:basedOn w:val="Absatz-Standardschriftart"/>
    <w:link w:val="berschrift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berschrift7Zchn">
    <w:name w:val="Überschrift 7 Zchn"/>
    <w:basedOn w:val="Absatz-Standardschriftart"/>
    <w:link w:val="berschrift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berschrift8Zchn">
    <w:name w:val="Überschrift 8 Zchn"/>
    <w:basedOn w:val="Absatz-Standardschriftart"/>
    <w:link w:val="berschrift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berschrift9Zchn">
    <w:name w:val="Überschrift 9 Zchn"/>
    <w:basedOn w:val="Absatz-Standardschriftart"/>
    <w:link w:val="berschrift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Beschriftung">
    <w:name w:val="caption"/>
    <w:basedOn w:val="Standard"/>
    <w:next w:val="Standard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Fett">
    <w:name w:val="Strong"/>
    <w:basedOn w:val="Absatz-Standardschriftart"/>
    <w:uiPriority w:val="22"/>
    <w:qFormat/>
    <w:rsid w:val="00FC693F"/>
    <w:rPr>
      <w:b/>
      <w:bCs/>
    </w:rPr>
  </w:style>
  <w:style w:type="character" w:styleId="Hervorhebung">
    <w:name w:val="Emphasis"/>
    <w:basedOn w:val="Absatz-Standardschriftart"/>
    <w:uiPriority w:val="20"/>
    <w:qFormat/>
    <w:rsid w:val="00FC693F"/>
    <w:rPr>
      <w:i/>
      <w:iCs/>
    </w:rPr>
  </w:style>
  <w:style w:type="paragraph" w:styleId="IntensivesZitat">
    <w:name w:val="Intense Quote"/>
    <w:basedOn w:val="Standard"/>
    <w:next w:val="Standard"/>
    <w:link w:val="IntensivesZitatZchn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ivesZitatZchn">
    <w:name w:val="Intensives Zitat Zchn"/>
    <w:basedOn w:val="Absatz-Standardschriftart"/>
    <w:link w:val="IntensivesZitat"/>
    <w:uiPriority w:val="30"/>
    <w:rsid w:val="00FC693F"/>
    <w:rPr>
      <w:b/>
      <w:bCs/>
      <w:i/>
      <w:iCs/>
      <w:color w:val="4F81BD" w:themeColor="accent1"/>
    </w:rPr>
  </w:style>
  <w:style w:type="character" w:styleId="SchwacheHervorhebung">
    <w:name w:val="Subtle Emphasis"/>
    <w:basedOn w:val="Absatz-Standardschriftart"/>
    <w:uiPriority w:val="19"/>
    <w:qFormat/>
    <w:rsid w:val="00FC693F"/>
    <w:rPr>
      <w:i/>
      <w:iCs/>
      <w:color w:val="808080" w:themeColor="text1" w:themeTint="7F"/>
    </w:rPr>
  </w:style>
  <w:style w:type="character" w:styleId="IntensiveHervorhebung">
    <w:name w:val="Intense Emphasis"/>
    <w:basedOn w:val="Absatz-Standardschriftart"/>
    <w:uiPriority w:val="21"/>
    <w:qFormat/>
    <w:rsid w:val="00FC693F"/>
    <w:rPr>
      <w:b/>
      <w:bCs/>
      <w:i/>
      <w:iCs/>
      <w:color w:val="4F81BD" w:themeColor="accent1"/>
    </w:rPr>
  </w:style>
  <w:style w:type="character" w:styleId="SchwacherVerweis">
    <w:name w:val="Subtle Reference"/>
    <w:basedOn w:val="Absatz-Standardschriftart"/>
    <w:uiPriority w:val="31"/>
    <w:qFormat/>
    <w:rsid w:val="00FC693F"/>
    <w:rPr>
      <w:smallCaps/>
      <w:color w:val="C0504D" w:themeColor="accent2"/>
      <w:u w:val="single"/>
    </w:rPr>
  </w:style>
  <w:style w:type="character" w:styleId="IntensiverVerweis">
    <w:name w:val="Intense Reference"/>
    <w:basedOn w:val="Absatz-Standardschriftar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uchtitel">
    <w:name w:val="Book Title"/>
    <w:basedOn w:val="Absatz-Standardschriftart"/>
    <w:uiPriority w:val="33"/>
    <w:qFormat/>
    <w:rsid w:val="00FC693F"/>
    <w:rPr>
      <w:b/>
      <w:bCs/>
      <w:smallCaps/>
      <w:spacing w:val="5"/>
    </w:rPr>
  </w:style>
  <w:style w:type="paragraph" w:styleId="Inhaltsverzeichnisberschrift">
    <w:name w:val="TOC Heading"/>
    <w:basedOn w:val="berschrift1"/>
    <w:next w:val="Standard"/>
    <w:uiPriority w:val="39"/>
    <w:semiHidden/>
    <w:unhideWhenUsed/>
    <w:qFormat/>
    <w:rsid w:val="00FC693F"/>
    <w:pPr>
      <w:outlineLvl w:val="9"/>
    </w:pPr>
  </w:style>
  <w:style w:type="table" w:styleId="Tabellenraster">
    <w:name w:val="Table Grid"/>
    <w:basedOn w:val="NormaleTabelle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HelleSchattierung">
    <w:name w:val="Light Shading"/>
    <w:basedOn w:val="NormaleTabelle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HelleSchattierung-Akzent1">
    <w:name w:val="Light Shading Accent 1"/>
    <w:basedOn w:val="NormaleTabelle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HelleSchattierung-Akzent2">
    <w:name w:val="Light Shading Accent 2"/>
    <w:basedOn w:val="NormaleTabelle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HelleSchattierung-Akzent3">
    <w:name w:val="Light Shading Accent 3"/>
    <w:basedOn w:val="NormaleTabelle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HelleSchattierung-Akzent4">
    <w:name w:val="Light Shading Accent 4"/>
    <w:basedOn w:val="NormaleTabelle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HelleSchattierung-Akzent5">
    <w:name w:val="Light Shading Accent 5"/>
    <w:basedOn w:val="NormaleTabelle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HelleSchattierung-Akzent6">
    <w:name w:val="Light Shading Accent 6"/>
    <w:basedOn w:val="NormaleTabelle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HelleListe">
    <w:name w:val="Light List"/>
    <w:basedOn w:val="NormaleTabelle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HelleListe-Akzent1">
    <w:name w:val="Light List Accent 1"/>
    <w:basedOn w:val="NormaleTabelle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HelleListe-Akzent2">
    <w:name w:val="Light List Accent 2"/>
    <w:basedOn w:val="NormaleTabelle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HelleListe-Akzent3">
    <w:name w:val="Light List Accent 3"/>
    <w:basedOn w:val="NormaleTabelle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HelleListe-Akzent4">
    <w:name w:val="Light List Accent 4"/>
    <w:basedOn w:val="NormaleTabelle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HelleListe-Akzent5">
    <w:name w:val="Light List Accent 5"/>
    <w:basedOn w:val="NormaleTabelle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HelleListe-Akzent6">
    <w:name w:val="Light List Accent 6"/>
    <w:basedOn w:val="NormaleTabelle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HellesRaster">
    <w:name w:val="Light Grid"/>
    <w:basedOn w:val="NormaleTabelle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HellesRaster-Akzent1">
    <w:name w:val="Light Grid Accent 1"/>
    <w:basedOn w:val="NormaleTabelle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HellesRaster-Akzent2">
    <w:name w:val="Light Grid Accent 2"/>
    <w:basedOn w:val="NormaleTabelle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HellesRaster-Akzent3">
    <w:name w:val="Light Grid Accent 3"/>
    <w:basedOn w:val="NormaleTabelle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HellesRaster-Akzent4">
    <w:name w:val="Light Grid Accent 4"/>
    <w:basedOn w:val="NormaleTabelle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HellesRaster-Akzent5">
    <w:name w:val="Light Grid Accent 5"/>
    <w:basedOn w:val="NormaleTabelle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HellesRaster-Akzent6">
    <w:name w:val="Light Grid Accent 6"/>
    <w:basedOn w:val="NormaleTabelle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ittlereSchattierung1">
    <w:name w:val="Medium Shading 1"/>
    <w:basedOn w:val="NormaleTabelle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ittlereSchattierung1-Akzent1">
    <w:name w:val="Medium Shading 1 Accent 1"/>
    <w:basedOn w:val="NormaleTabelle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ittlereSchattierung1-Akzent2">
    <w:name w:val="Medium Shading 1 Accent 2"/>
    <w:basedOn w:val="NormaleTabelle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ittlereSchattierung1-Akzent3">
    <w:name w:val="Medium Shading 1 Accent 3"/>
    <w:basedOn w:val="NormaleTabelle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ittlereSchattierung1-Akzent4">
    <w:name w:val="Medium Shading 1 Accent 4"/>
    <w:basedOn w:val="NormaleTabelle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ittlereSchattierung1-Akzent5">
    <w:name w:val="Medium Shading 1 Accent 5"/>
    <w:basedOn w:val="NormaleTabelle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ittlereSchattierung1-Akzent6">
    <w:name w:val="Medium Shading 1 Accent 6"/>
    <w:basedOn w:val="NormaleTabelle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ittlereSchattierung2">
    <w:name w:val="Medium Shading 2"/>
    <w:basedOn w:val="NormaleTabelle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ittlereSchattierung2-Akzent1">
    <w:name w:val="Medium Shading 2 Accent 1"/>
    <w:basedOn w:val="NormaleTabelle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ittlereSchattierung2-Akzent2">
    <w:name w:val="Medium Shading 2 Accent 2"/>
    <w:basedOn w:val="NormaleTabelle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ittlereSchattierung2-Akzent3">
    <w:name w:val="Medium Shading 2 Accent 3"/>
    <w:basedOn w:val="NormaleTabelle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ittlereSchattierung2-Akzent4">
    <w:name w:val="Medium Shading 2 Accent 4"/>
    <w:basedOn w:val="NormaleTabelle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ittlereSchattierung2-Akzent5">
    <w:name w:val="Medium Shading 2 Accent 5"/>
    <w:basedOn w:val="NormaleTabelle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ittlereSchattierung2-Akzent6">
    <w:name w:val="Medium Shading 2 Accent 6"/>
    <w:basedOn w:val="NormaleTabelle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ittlereListe1">
    <w:name w:val="Medium List 1"/>
    <w:basedOn w:val="NormaleTabelle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ittlereListe1-Akzent1">
    <w:name w:val="Medium List 1 Accent 1"/>
    <w:basedOn w:val="NormaleTabelle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ittlereListe1-Akzent2">
    <w:name w:val="Medium List 1 Accent 2"/>
    <w:basedOn w:val="NormaleTabelle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ittlereListe1-Akzent3">
    <w:name w:val="Medium List 1 Accent 3"/>
    <w:basedOn w:val="NormaleTabelle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ittlereListe1-Akzent4">
    <w:name w:val="Medium List 1 Accent 4"/>
    <w:basedOn w:val="NormaleTabelle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ittlereListe1-Akzent5">
    <w:name w:val="Medium List 1 Accent 5"/>
    <w:basedOn w:val="NormaleTabelle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ittlereListe1-Akzent6">
    <w:name w:val="Medium List 1 Accent 6"/>
    <w:basedOn w:val="NormaleTabelle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ittlereListe2">
    <w:name w:val="Medium List 2"/>
    <w:basedOn w:val="NormaleTabelle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ittlereListe2-Akzent1">
    <w:name w:val="Medium List 2 Accent 1"/>
    <w:basedOn w:val="NormaleTabelle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ittlereListe2-Akzent2">
    <w:name w:val="Medium List 2 Accent 2"/>
    <w:basedOn w:val="NormaleTabelle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ittlereListe2-Akzent3">
    <w:name w:val="Medium List 2 Accent 3"/>
    <w:basedOn w:val="NormaleTabelle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ittlereListe2-Akzent4">
    <w:name w:val="Medium List 2 Accent 4"/>
    <w:basedOn w:val="NormaleTabelle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ittlereListe2-Akzent5">
    <w:name w:val="Medium List 2 Accent 5"/>
    <w:basedOn w:val="NormaleTabelle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ittlereListe2-Akzent6">
    <w:name w:val="Medium List 2 Accent 6"/>
    <w:basedOn w:val="NormaleTabelle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ittleresRaster1">
    <w:name w:val="Medium Grid 1"/>
    <w:basedOn w:val="NormaleTabelle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ittleresRaster1-Akzent1">
    <w:name w:val="Medium Grid 1 Accent 1"/>
    <w:basedOn w:val="NormaleTabelle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ittleresRaster1-Akzent2">
    <w:name w:val="Medium Grid 1 Accent 2"/>
    <w:basedOn w:val="NormaleTabelle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ittleresRaster1-Akzent3">
    <w:name w:val="Medium Grid 1 Accent 3"/>
    <w:basedOn w:val="NormaleTabelle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ittleresRaster1-Akzent4">
    <w:name w:val="Medium Grid 1 Accent 4"/>
    <w:basedOn w:val="NormaleTabelle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ittleresRaster1-Akzent5">
    <w:name w:val="Medium Grid 1 Accent 5"/>
    <w:basedOn w:val="NormaleTabelle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ittleresRaster1-Akzent6">
    <w:name w:val="Medium Grid 1 Accent 6"/>
    <w:basedOn w:val="NormaleTabelle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ittleresRaster2">
    <w:name w:val="Medium Grid 2"/>
    <w:basedOn w:val="NormaleTabelle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ittleresRaster2-Akzent1">
    <w:name w:val="Medium Grid 2 Accent 1"/>
    <w:basedOn w:val="NormaleTabelle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ittleresRaster2-Akzent2">
    <w:name w:val="Medium Grid 2 Accent 2"/>
    <w:basedOn w:val="NormaleTabelle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ittleresRaster2-Akzent3">
    <w:name w:val="Medium Grid 2 Accent 3"/>
    <w:basedOn w:val="NormaleTabelle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ittleresRaster2-Akzent4">
    <w:name w:val="Medium Grid 2 Accent 4"/>
    <w:basedOn w:val="NormaleTabelle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ittleresRaster2-Akzent5">
    <w:name w:val="Medium Grid 2 Accent 5"/>
    <w:basedOn w:val="NormaleTabelle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ittleresRaster2-Akzent6">
    <w:name w:val="Medium Grid 2 Accent 6"/>
    <w:basedOn w:val="NormaleTabelle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ittleresRaster3">
    <w:name w:val="Medium Grid 3"/>
    <w:basedOn w:val="NormaleTabelle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ittleresRaster3-Akzent1">
    <w:name w:val="Medium Grid 3 Accent 1"/>
    <w:basedOn w:val="NormaleTabelle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ittleresRaster3-Akzent2">
    <w:name w:val="Medium Grid 3 Accent 2"/>
    <w:basedOn w:val="NormaleTabelle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ittleresRaster3-Akzent3">
    <w:name w:val="Medium Grid 3 Accent 3"/>
    <w:basedOn w:val="NormaleTabelle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ittleresRaster3-Akzent4">
    <w:name w:val="Medium Grid 3 Accent 4"/>
    <w:basedOn w:val="NormaleTabelle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ittleresRaster3-Akzent5">
    <w:name w:val="Medium Grid 3 Accent 5"/>
    <w:basedOn w:val="NormaleTabelle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ittleresRaster3-Akzent6">
    <w:name w:val="Medium Grid 3 Accent 6"/>
    <w:basedOn w:val="NormaleTabelle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unkleListe">
    <w:name w:val="Dark List"/>
    <w:basedOn w:val="NormaleTabelle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unkleListe-Akzent1">
    <w:name w:val="Dark List Accent 1"/>
    <w:basedOn w:val="NormaleTabelle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unkleListe-Akzent2">
    <w:name w:val="Dark List Accent 2"/>
    <w:basedOn w:val="NormaleTabelle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unkleListe-Akzent3">
    <w:name w:val="Dark List Accent 3"/>
    <w:basedOn w:val="NormaleTabelle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unkleListe-Akzent4">
    <w:name w:val="Dark List Accent 4"/>
    <w:basedOn w:val="NormaleTabelle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unkleListe-Akzent5">
    <w:name w:val="Dark List Accent 5"/>
    <w:basedOn w:val="NormaleTabelle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unkleListe-Akzent6">
    <w:name w:val="Dark List Accent 6"/>
    <w:basedOn w:val="NormaleTabelle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FarbigeSchattierung">
    <w:name w:val="Colorful Shading"/>
    <w:basedOn w:val="NormaleTabelle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arbigeSchattierung-Akzent1">
    <w:name w:val="Colorful Shading Accent 1"/>
    <w:basedOn w:val="NormaleTabelle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arbigeSchattierung-Akzent2">
    <w:name w:val="Colorful Shading Accent 2"/>
    <w:basedOn w:val="NormaleTabelle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arbigeSchattierung-Akzent3">
    <w:name w:val="Colorful Shading Accent 3"/>
    <w:basedOn w:val="NormaleTabelle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FarbigeSchattierung-Akzent4">
    <w:name w:val="Colorful Shading Accent 4"/>
    <w:basedOn w:val="NormaleTabelle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arbigeSchattierung-Akzent5">
    <w:name w:val="Colorful Shading Accent 5"/>
    <w:basedOn w:val="NormaleTabelle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arbigeSchattierung-Akzent6">
    <w:name w:val="Colorful Shading Accent 6"/>
    <w:basedOn w:val="NormaleTabelle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arbigeListe">
    <w:name w:val="Colorful List"/>
    <w:basedOn w:val="NormaleTabelle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FarbigeListe-Akzent1">
    <w:name w:val="Colorful List Accent 1"/>
    <w:basedOn w:val="NormaleTabelle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FarbigeListe-Akzent2">
    <w:name w:val="Colorful List Accent 2"/>
    <w:basedOn w:val="NormaleTabelle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FarbigeListe-Akzent3">
    <w:name w:val="Colorful List Accent 3"/>
    <w:basedOn w:val="NormaleTabelle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FarbigeListe-Akzent4">
    <w:name w:val="Colorful List Accent 4"/>
    <w:basedOn w:val="NormaleTabelle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FarbigeListe-Akzent5">
    <w:name w:val="Colorful List Accent 5"/>
    <w:basedOn w:val="NormaleTabelle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FarbigeListe-Akzent6">
    <w:name w:val="Colorful List Accent 6"/>
    <w:basedOn w:val="NormaleTabelle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FarbigesRaster">
    <w:name w:val="Colorful Grid"/>
    <w:basedOn w:val="NormaleTabelle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FarbigesRaster-Akzent1">
    <w:name w:val="Colorful Grid Accent 1"/>
    <w:basedOn w:val="NormaleTabelle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FarbigesRaster-Akzent2">
    <w:name w:val="Colorful Grid Accent 2"/>
    <w:basedOn w:val="NormaleTabelle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FarbigesRaster-Akzent3">
    <w:name w:val="Colorful Grid Accent 3"/>
    <w:basedOn w:val="NormaleTabelle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FarbigesRaster-Akzent4">
    <w:name w:val="Colorful Grid Accent 4"/>
    <w:basedOn w:val="NormaleTabelle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FarbigesRaster-Akzent5">
    <w:name w:val="Colorful Grid Accent 5"/>
    <w:basedOn w:val="NormaleTabelle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FarbigesRaster-Akzent6">
    <w:name w:val="Colorful Grid Accent 6"/>
    <w:basedOn w:val="NormaleTabelle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110</Words>
  <Characters>597</Characters>
  <Application>Microsoft Office Word</Application>
  <DocSecurity>0</DocSecurity>
  <Lines>21</Lines>
  <Paragraphs>19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Manager/>
  <Company/>
  <LinksUpToDate>false</LinksUpToDate>
  <CharactersWithSpaces>696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GL</dc:creator>
  <cp:keywords/>
  <dc:description>Tides worksheet</dc:description>
  <cp:lastModifiedBy>GL</cp:lastModifiedBy>
  <cp:revision>3</cp:revision>
  <dcterms:created xsi:type="dcterms:W3CDTF">2013-12-23T23:15:00Z</dcterms:created>
  <dcterms:modified xsi:type="dcterms:W3CDTF">2026-06-22T09:39:00Z</dcterms:modified>
  <cp:category/>
</cp:coreProperties>
</file>